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80" w:line="312" w:lineRule="auto"/>
      </w:pPr>
      <w:r>
        <w:rPr>
          <w:rFonts w:ascii="Arial" w:hAnsi="Arial" w:cs="Arial" w:eastAsia="Arial"/>
          <w:b/>
          <w:color w:val="C80028"/>
          <w:sz w:val="15"/>
        </w:rPr>
        <w:t>ARTIST INVOICE</w:t>
      </w:r>
    </w:p>
    <w:p>
      <w:pPr>
        <w:pStyle w:val="Title"/>
        <w:spacing w:before="0" w:after="80" w:line="252" w:lineRule="auto"/>
      </w:pPr>
      <w:r>
        <w:t>Invoice for a Live Performance</w:t>
      </w:r>
    </w:p>
    <w:p>
      <w:pPr>
        <w:spacing w:before="0" w:after="240" w:line="312" w:lineRule="auto"/>
      </w:pPr>
      <w:r>
        <w:rPr>
          <w:rFonts w:ascii="Georgia" w:hAnsi="Georgia" w:cs="Georgia" w:eastAsia="Georgia"/>
          <w:i/>
          <w:color w:val="5A6270"/>
          <w:sz w:val="18"/>
        </w:rPr>
        <w:t>From c4etalent.com/agreements/artist-invoice · updated 28 October 2026</w:t>
      </w:r>
    </w:p>
    <w:p>
      <w:pPr>
        <w:spacing w:before="0" w:after="80" w:line="300" w:lineRule="auto"/>
      </w:pPr>
      <w:r>
        <w:rPr>
          <w:rFonts w:ascii="Arial" w:hAnsi="Arial" w:cs="Arial" w:eastAsia="Arial"/>
          <w:b/>
          <w:color w:val="5A6270"/>
          <w:sz w:val="14"/>
        </w:rPr>
        <w:t xml:space="preserve">HOW TO USE IT   </w:t>
      </w:r>
      <w:r>
        <w:rPr>
          <w:sz w:val="18"/>
        </w:rPr>
        <w:t xml:space="preserve">Fill in every </w:t>
      </w:r>
      <w:r>
        <w:rPr>
          <w:color w:val="5A1020"/>
          <w:sz w:val="18"/>
          <w:shd w:val="clear" w:color="auto" w:fill="FBE3E7"/>
        </w:rPr>
        <w:t>[BLANK]</w:t>
      </w:r>
      <w:r>
        <w:rPr>
          <w:sz w:val="18"/>
        </w:rPr>
        <w:t>. Where you see ☐ options, keep the ones you want and strike the rest.</w:t>
      </w:r>
    </w:p>
    <w:p>
      <w:pPr>
        <w:spacing w:before="0" w:after="320" w:line="300" w:lineRule="auto"/>
        <w:pBdr>
          <w:bottom w:val="single" w:sz="4" w:space="8" w:color="D8D6D0"/>
        </w:pBdr>
      </w:pPr>
      <w:r>
        <w:rPr>
          <w:rFonts w:ascii="Arial" w:hAnsi="Arial" w:cs="Arial" w:eastAsia="Arial"/>
          <w:b/>
          <w:color w:val="5A6270"/>
          <w:sz w:val="14"/>
        </w:rPr>
        <w:t xml:space="preserve">FOR EDUCATION ONLY, NOT LEGAL ADVICE   </w:t>
      </w:r>
      <w:r>
        <w:rPr>
          <w:sz w:val="18"/>
        </w:rPr>
        <w:t>For education only. This template is general information, not legal or tax advice, and not a lawyer-drafted document. C4E Talent is a talent agency, not a law firm, and using this template does not create a lawyer-client relationship with anyone. Law and tax rules change and differ by state and country. Have a lawyer or chartered accountant review it for your situation before anyone signs. You use it at your own risk.</w:t>
      </w:r>
    </w:p>
    <w:p>
      <w:pPr>
        <w:pStyle w:val="Heading2"/>
        <w:keepNext/>
        <w:tabs>
          <w:tab w:pos="624" w:val="left"/>
        </w:tabs>
        <w:spacing w:before="280" w:after="80" w:line="312" w:lineRule="auto"/>
        <w:ind w:left="624" w:hanging="624"/>
      </w:pPr>
      <w:r>
        <w:rPr>
          <w:rFonts w:ascii="Arial" w:hAnsi="Arial" w:cs="Arial" w:eastAsia="Arial"/>
          <w:b/>
          <w:color w:val="C80028"/>
          <w:sz w:val="26"/>
        </w:rPr>
        <w:t>1</w:t>
        <w:tab/>
      </w:r>
      <w:r>
        <w:rPr>
          <w:rFonts w:ascii="Arial" w:hAnsi="Arial" w:cs="Arial" w:eastAsia="Arial"/>
          <w:b/>
          <w:color w:val="15151C"/>
          <w:sz w:val="24"/>
        </w:rPr>
        <w:t>From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1.1</w:t>
        <w:tab/>
      </w:r>
      <w:r>
        <w:rPr>
          <w:color w:val="5A1020"/>
          <w:shd w:val="clear" w:color="auto" w:fill="FBE3E7"/>
        </w:rPr>
        <w:t>[ARTIST LEGAL NAME]</w:t>
      </w:r>
      <w:r>
        <w:t xml:space="preserve"> (performing as </w:t>
      </w:r>
      <w:r>
        <w:rPr>
          <w:color w:val="5A1020"/>
          <w:shd w:val="clear" w:color="auto" w:fill="FBE3E7"/>
        </w:rPr>
        <w:t>[STAGE NAME]</w:t>
      </w:r>
      <w:r>
        <w:t xml:space="preserve">), </w:t>
      </w:r>
      <w:r>
        <w:rPr>
          <w:color w:val="5A1020"/>
          <w:shd w:val="clear" w:color="auto" w:fill="FBE3E7"/>
        </w:rPr>
        <w:t>[ADDRESS, CITY, STATE, PIN]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1.2</w:t>
        <w:tab/>
      </w:r>
      <w:r>
        <w:t xml:space="preserve">PAN: </w:t>
      </w:r>
      <w:r>
        <w:rPr>
          <w:color w:val="5A1020"/>
          <w:shd w:val="clear" w:color="auto" w:fill="FBE3E7"/>
        </w:rPr>
        <w:t>[PAN]</w:t>
      </w:r>
    </w:p>
    <w:p>
      <w:pPr>
        <w:tabs>
          <w:tab w:pos="1191" w:val="left"/>
        </w:tabs>
        <w:spacing w:before="0" w:after="80" w:line="312" w:lineRule="auto"/>
        <w:ind w:left="1191" w:hanging="340"/>
      </w:pPr>
      <w:r>
        <w:t>☐</w:t>
        <w:tab/>
        <w:t xml:space="preserve">GSTIN: </w:t>
      </w:r>
      <w:r>
        <w:rPr>
          <w:color w:val="5A1020"/>
          <w:shd w:val="clear" w:color="auto" w:fill="FBE3E7"/>
        </w:rPr>
        <w:t>[GSTIN]</w:t>
      </w:r>
      <w:r>
        <w:t>. This is a tax invoice.</w:t>
      </w:r>
    </w:p>
    <w:p>
      <w:pPr>
        <w:tabs>
          <w:tab w:pos="1191" w:val="left"/>
        </w:tabs>
        <w:spacing w:before="0" w:after="80" w:line="312" w:lineRule="auto"/>
        <w:ind w:left="1191" w:hanging="340"/>
      </w:pPr>
      <w:r>
        <w:t>☐</w:t>
        <w:tab/>
        <w:t>Not registered for GST. No GST is charged on this invoice.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1.3</w:t>
        <w:tab/>
      </w:r>
      <w:r>
        <w:t xml:space="preserve">Email: </w:t>
      </w:r>
      <w:r>
        <w:rPr>
          <w:color w:val="5A1020"/>
          <w:shd w:val="clear" w:color="auto" w:fill="FBE3E7"/>
        </w:rPr>
        <w:t>[EMAIL]</w:t>
      </w:r>
      <w:r>
        <w:t xml:space="preserve"> · Phone: </w:t>
      </w:r>
      <w:r>
        <w:rPr>
          <w:color w:val="5A1020"/>
          <w:shd w:val="clear" w:color="auto" w:fill="FBE3E7"/>
        </w:rPr>
        <w:t>[PHONE]</w:t>
      </w:r>
    </w:p>
    <w:p>
      <w:pPr>
        <w:pStyle w:val="Heading2"/>
        <w:keepNext/>
        <w:tabs>
          <w:tab w:pos="624" w:val="left"/>
        </w:tabs>
        <w:spacing w:before="280" w:after="80" w:line="312" w:lineRule="auto"/>
        <w:ind w:left="624" w:hanging="624"/>
      </w:pPr>
      <w:r>
        <w:rPr>
          <w:rFonts w:ascii="Arial" w:hAnsi="Arial" w:cs="Arial" w:eastAsia="Arial"/>
          <w:b/>
          <w:color w:val="C80028"/>
          <w:sz w:val="26"/>
        </w:rPr>
        <w:t>2</w:t>
        <w:tab/>
      </w:r>
      <w:r>
        <w:rPr>
          <w:rFonts w:ascii="Arial" w:hAnsi="Arial" w:cs="Arial" w:eastAsia="Arial"/>
          <w:b/>
          <w:color w:val="15151C"/>
          <w:sz w:val="24"/>
        </w:rPr>
        <w:t>To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2.1</w:t>
        <w:tab/>
      </w:r>
      <w:r>
        <w:rPr>
          <w:color w:val="5A1020"/>
          <w:shd w:val="clear" w:color="auto" w:fill="FBE3E7"/>
        </w:rPr>
        <w:t>[CLIENT LEGAL NAME]</w:t>
      </w:r>
      <w:r>
        <w:t xml:space="preserve">, </w:t>
      </w:r>
      <w:r>
        <w:rPr>
          <w:color w:val="5A1020"/>
          <w:shd w:val="clear" w:color="auto" w:fill="FBE3E7"/>
        </w:rPr>
        <w:t>[BILLING ADDRESS, CITY, STATE, PIN]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2.2</w:t>
        <w:tab/>
      </w:r>
      <w:r>
        <w:t xml:space="preserve">Client GSTIN (if registered): </w:t>
      </w:r>
      <w:r>
        <w:rPr>
          <w:color w:val="5A1020"/>
          <w:shd w:val="clear" w:color="auto" w:fill="FBE3E7"/>
        </w:rPr>
        <w:t>[GSTIN]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2.3</w:t>
        <w:tab/>
      </w:r>
      <w:r>
        <w:t xml:space="preserve">Purchase order or reference: </w:t>
      </w:r>
      <w:r>
        <w:rPr>
          <w:color w:val="5A1020"/>
          <w:shd w:val="clear" w:color="auto" w:fill="FBE3E7"/>
        </w:rPr>
        <w:t>[PO NUMBER]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2.4</w:t>
        <w:tab/>
      </w:r>
      <w:r>
        <w:t xml:space="preserve">Attention: </w:t>
      </w:r>
      <w:r>
        <w:rPr>
          <w:color w:val="5A1020"/>
          <w:shd w:val="clear" w:color="auto" w:fill="FBE3E7"/>
        </w:rPr>
        <w:t>[CONTACT NAME, EMAIL]</w:t>
      </w:r>
    </w:p>
    <w:p>
      <w:pPr>
        <w:pStyle w:val="Heading2"/>
        <w:keepNext/>
        <w:tabs>
          <w:tab w:pos="624" w:val="left"/>
        </w:tabs>
        <w:spacing w:before="280" w:after="80" w:line="312" w:lineRule="auto"/>
        <w:ind w:left="624" w:hanging="624"/>
      </w:pPr>
      <w:r>
        <w:rPr>
          <w:rFonts w:ascii="Arial" w:hAnsi="Arial" w:cs="Arial" w:eastAsia="Arial"/>
          <w:b/>
          <w:color w:val="C80028"/>
          <w:sz w:val="26"/>
        </w:rPr>
        <w:t>3</w:t>
        <w:tab/>
      </w:r>
      <w:r>
        <w:rPr>
          <w:rFonts w:ascii="Arial" w:hAnsi="Arial" w:cs="Arial" w:eastAsia="Arial"/>
          <w:b/>
          <w:color w:val="15151C"/>
          <w:sz w:val="24"/>
        </w:rPr>
        <w:t>Invoice details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3.1</w:t>
        <w:tab/>
      </w:r>
      <w:r>
        <w:t xml:space="preserve">Invoice number: </w:t>
      </w:r>
      <w:r>
        <w:rPr>
          <w:color w:val="5A1020"/>
          <w:shd w:val="clear" w:color="auto" w:fill="FBE3E7"/>
        </w:rPr>
        <w:t>[UNIQUE NUMBER, FOR EXAMPLE 2026-27/014]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3.2</w:t>
        <w:tab/>
      </w:r>
      <w:r>
        <w:t xml:space="preserve">Invoice date: </w:t>
      </w:r>
      <w:r>
        <w:rPr>
          <w:color w:val="5A1020"/>
          <w:shd w:val="clear" w:color="auto" w:fill="FBE3E7"/>
        </w:rPr>
        <w:t>[DATE]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3.3</w:t>
        <w:tab/>
      </w:r>
      <w:r>
        <w:t xml:space="preserve">Event: </w:t>
      </w:r>
      <w:r>
        <w:rPr>
          <w:color w:val="5A1020"/>
          <w:shd w:val="clear" w:color="auto" w:fill="FBE3E7"/>
        </w:rPr>
        <w:t>[EVENT NAME]</w:t>
      </w:r>
      <w:r>
        <w:t xml:space="preserve"> at </w:t>
      </w:r>
      <w:r>
        <w:rPr>
          <w:color w:val="5A1020"/>
          <w:shd w:val="clear" w:color="auto" w:fill="FBE3E7"/>
        </w:rPr>
        <w:t>[VENUE, CITY]</w:t>
      </w:r>
      <w:r>
        <w:t xml:space="preserve"> on </w:t>
      </w:r>
      <w:r>
        <w:rPr>
          <w:color w:val="5A1020"/>
          <w:shd w:val="clear" w:color="auto" w:fill="FBE3E7"/>
        </w:rPr>
        <w:t>[DATE]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3.4</w:t>
        <w:tab/>
      </w:r>
      <w:r>
        <w:t xml:space="preserve">Description of service: Live performance, </w:t>
      </w:r>
      <w:r>
        <w:rPr>
          <w:color w:val="5A1020"/>
          <w:shd w:val="clear" w:color="auto" w:fill="FBE3E7"/>
        </w:rPr>
        <w:t>[FORMAT: STAND-UP / HOSTING / MUSIC]</w:t>
      </w:r>
      <w:r>
        <w:t xml:space="preserve">, </w:t>
      </w:r>
      <w:r>
        <w:rPr>
          <w:color w:val="5A1020"/>
          <w:shd w:val="clear" w:color="auto" w:fill="FBE3E7"/>
        </w:rPr>
        <w:t>[DURATION]</w:t>
      </w:r>
      <w:r>
        <w:t xml:space="preserve"> minutes, as per the agreement dated </w:t>
      </w:r>
      <w:r>
        <w:rPr>
          <w:color w:val="5A1020"/>
          <w:shd w:val="clear" w:color="auto" w:fill="FBE3E7"/>
        </w:rPr>
        <w:t>[DATE]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3.5</w:t>
        <w:tab/>
      </w:r>
      <w:r>
        <w:t xml:space="preserve">SAC: heading 9996, recreational, cultural and sporting services </w:t>
      </w:r>
      <w:r>
        <w:rPr>
          <w:color w:val="5A1020"/>
          <w:shd w:val="clear" w:color="auto" w:fill="FBE3E7"/>
        </w:rPr>
        <w:t>[SIX-DIGIT CODE, CONFIRM WITH YOUR CA]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3.6</w:t>
        <w:tab/>
      </w:r>
      <w:r>
        <w:t xml:space="preserve">Place of supply: </w:t>
      </w:r>
      <w:r>
        <w:rPr>
          <w:color w:val="5A1020"/>
          <w:shd w:val="clear" w:color="auto" w:fill="FBE3E7"/>
        </w:rPr>
        <w:t>[STATE]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3.7</w:t>
        <w:tab/>
      </w:r>
      <w:r>
        <w:t>This invoice is for ☐ the advance ☐ the balance ☐ the full fee.</w:t>
      </w:r>
    </w:p>
    <w:p>
      <w:pPr>
        <w:pStyle w:val="Heading2"/>
        <w:keepNext/>
        <w:tabs>
          <w:tab w:pos="624" w:val="left"/>
        </w:tabs>
        <w:spacing w:before="280" w:after="80" w:line="312" w:lineRule="auto"/>
        <w:ind w:left="624" w:hanging="624"/>
      </w:pPr>
      <w:r>
        <w:rPr>
          <w:rFonts w:ascii="Arial" w:hAnsi="Arial" w:cs="Arial" w:eastAsia="Arial"/>
          <w:b/>
          <w:color w:val="C80028"/>
          <w:sz w:val="26"/>
        </w:rPr>
        <w:t>4</w:t>
        <w:tab/>
      </w:r>
      <w:r>
        <w:rPr>
          <w:rFonts w:ascii="Arial" w:hAnsi="Arial" w:cs="Arial" w:eastAsia="Arial"/>
          <w:b/>
          <w:color w:val="15151C"/>
          <w:sz w:val="24"/>
        </w:rPr>
        <w:t>Amounts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4.1</w:t>
        <w:tab/>
      </w:r>
      <w:r>
        <w:t xml:space="preserve">Performance fee: </w:t>
      </w:r>
      <w:r>
        <w:rPr>
          <w:color w:val="5A1020"/>
          <w:shd w:val="clear" w:color="auto" w:fill="FBE3E7"/>
        </w:rPr>
        <w:t>[AMOUNT]</w:t>
      </w:r>
    </w:p>
    <w:p>
      <w:pPr>
        <w:tabs>
          <w:tab w:pos="1191" w:val="left"/>
        </w:tabs>
        <w:spacing w:before="0" w:after="80" w:line="312" w:lineRule="auto"/>
        <w:ind w:left="1191" w:hanging="340"/>
      </w:pPr>
      <w:r>
        <w:t>☐</w:t>
        <w:tab/>
        <w:t xml:space="preserve">CGST at </w:t>
      </w:r>
      <w:r>
        <w:rPr>
          <w:color w:val="5A1020"/>
          <w:shd w:val="clear" w:color="auto" w:fill="FBE3E7"/>
        </w:rPr>
        <w:t>[9]</w:t>
      </w:r>
      <w:r>
        <w:t xml:space="preserve">%: </w:t>
      </w:r>
      <w:r>
        <w:rPr>
          <w:color w:val="5A1020"/>
          <w:shd w:val="clear" w:color="auto" w:fill="FBE3E7"/>
        </w:rPr>
        <w:t>[AMOUNT]</w:t>
      </w:r>
      <w:r>
        <w:t xml:space="preserve"> and SGST at </w:t>
      </w:r>
      <w:r>
        <w:rPr>
          <w:color w:val="5A1020"/>
          <w:shd w:val="clear" w:color="auto" w:fill="FBE3E7"/>
        </w:rPr>
        <w:t>[9]</w:t>
      </w:r>
      <w:r>
        <w:t xml:space="preserve">%: </w:t>
      </w:r>
      <w:r>
        <w:rPr>
          <w:color w:val="5A1020"/>
          <w:shd w:val="clear" w:color="auto" w:fill="FBE3E7"/>
        </w:rPr>
        <w:t>[AMOUNT]</w:t>
      </w:r>
      <w:r>
        <w:t xml:space="preserve"> (supply within the same state)</w:t>
      </w:r>
    </w:p>
    <w:p>
      <w:pPr>
        <w:tabs>
          <w:tab w:pos="1191" w:val="left"/>
        </w:tabs>
        <w:spacing w:before="0" w:after="80" w:line="312" w:lineRule="auto"/>
        <w:ind w:left="1191" w:hanging="340"/>
      </w:pPr>
      <w:r>
        <w:t>☐</w:t>
        <w:tab/>
        <w:t xml:space="preserve">IGST at </w:t>
      </w:r>
      <w:r>
        <w:rPr>
          <w:color w:val="5A1020"/>
          <w:shd w:val="clear" w:color="auto" w:fill="FBE3E7"/>
        </w:rPr>
        <w:t>[18]</w:t>
      </w:r>
      <w:r>
        <w:t xml:space="preserve">%: </w:t>
      </w:r>
      <w:r>
        <w:rPr>
          <w:color w:val="5A1020"/>
          <w:shd w:val="clear" w:color="auto" w:fill="FBE3E7"/>
        </w:rPr>
        <w:t>[AMOUNT]</w:t>
      </w:r>
      <w:r>
        <w:t xml:space="preserve"> (supply to another state)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4.2</w:t>
        <w:tab/>
      </w:r>
      <w:r>
        <w:t xml:space="preserve">Reimbursable expenses agreed in writing, with receipts attached: </w:t>
      </w:r>
      <w:r>
        <w:rPr>
          <w:color w:val="5A1020"/>
          <w:shd w:val="clear" w:color="auto" w:fill="FBE3E7"/>
        </w:rPr>
        <w:t>[AMOUNT OR NIL]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4.3</w:t>
        <w:tab/>
      </w:r>
      <w:r>
        <w:t xml:space="preserve">Total: </w:t>
      </w:r>
      <w:r>
        <w:rPr>
          <w:color w:val="5A1020"/>
          <w:shd w:val="clear" w:color="auto" w:fill="FBE3E7"/>
        </w:rPr>
        <w:t>[AMOUNT]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4.4</w:t>
        <w:tab/>
      </w:r>
      <w:r>
        <w:t xml:space="preserve">Less advance received on </w:t>
      </w:r>
      <w:r>
        <w:rPr>
          <w:color w:val="5A1020"/>
          <w:shd w:val="clear" w:color="auto" w:fill="FBE3E7"/>
        </w:rPr>
        <w:t>[DATE]</w:t>
      </w:r>
      <w:r>
        <w:t xml:space="preserve"> against invoice </w:t>
      </w:r>
      <w:r>
        <w:rPr>
          <w:color w:val="5A1020"/>
          <w:shd w:val="clear" w:color="auto" w:fill="FBE3E7"/>
        </w:rPr>
        <w:t>[NUMBER]</w:t>
      </w:r>
      <w:r>
        <w:t xml:space="preserve">: </w:t>
      </w:r>
      <w:r>
        <w:rPr>
          <w:color w:val="5A1020"/>
          <w:shd w:val="clear" w:color="auto" w:fill="FBE3E7"/>
        </w:rPr>
        <w:t>[AMOUNT OR NIL]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4.5</w:t>
        <w:tab/>
      </w:r>
      <w:r>
        <w:t xml:space="preserve">Amount due: </w:t>
      </w:r>
      <w:r>
        <w:rPr>
          <w:color w:val="5A1020"/>
          <w:shd w:val="clear" w:color="auto" w:fill="FBE3E7"/>
        </w:rPr>
        <w:t>[AMOUNT]</w:t>
      </w:r>
      <w:r>
        <w:t xml:space="preserve"> (</w:t>
      </w:r>
      <w:r>
        <w:rPr>
          <w:color w:val="5A1020"/>
          <w:shd w:val="clear" w:color="auto" w:fill="FBE3E7"/>
        </w:rPr>
        <w:t>[AMOUNT IN WORDS]</w:t>
      </w:r>
      <w:r>
        <w:t>)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4.6</w:t>
        <w:tab/>
      </w:r>
      <w:r>
        <w:t xml:space="preserve">Due date: </w:t>
      </w:r>
      <w:r>
        <w:rPr>
          <w:color w:val="5A1020"/>
          <w:shd w:val="clear" w:color="auto" w:fill="FBE3E7"/>
        </w:rPr>
        <w:t>[DATE, AS IN THE BOOKING AGREEMENT]</w:t>
      </w:r>
    </w:p>
    <w:p>
      <w:pPr>
        <w:pStyle w:val="Heading2"/>
        <w:keepNext/>
        <w:tabs>
          <w:tab w:pos="624" w:val="left"/>
        </w:tabs>
        <w:spacing w:before="280" w:after="80" w:line="312" w:lineRule="auto"/>
        <w:ind w:left="624" w:hanging="624"/>
      </w:pPr>
      <w:r>
        <w:rPr>
          <w:rFonts w:ascii="Arial" w:hAnsi="Arial" w:cs="Arial" w:eastAsia="Arial"/>
          <w:b/>
          <w:color w:val="C80028"/>
          <w:sz w:val="26"/>
        </w:rPr>
        <w:t>5</w:t>
        <w:tab/>
      </w:r>
      <w:r>
        <w:rPr>
          <w:rFonts w:ascii="Arial" w:hAnsi="Arial" w:cs="Arial" w:eastAsia="Arial"/>
          <w:b/>
          <w:color w:val="15151C"/>
          <w:sz w:val="24"/>
        </w:rPr>
        <w:t>Payment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5.1</w:t>
        <w:tab/>
      </w:r>
      <w:r>
        <w:t xml:space="preserve">Bank: </w:t>
      </w:r>
      <w:r>
        <w:rPr>
          <w:color w:val="5A1020"/>
          <w:shd w:val="clear" w:color="auto" w:fill="FBE3E7"/>
        </w:rPr>
        <w:t>[ACCOUNT NAME]</w:t>
      </w:r>
      <w:r>
        <w:t xml:space="preserve">, </w:t>
      </w:r>
      <w:r>
        <w:rPr>
          <w:color w:val="5A1020"/>
          <w:shd w:val="clear" w:color="auto" w:fill="FBE3E7"/>
        </w:rPr>
        <w:t>[BANK]</w:t>
      </w:r>
      <w:r>
        <w:t xml:space="preserve">, account </w:t>
      </w:r>
      <w:r>
        <w:rPr>
          <w:color w:val="5A1020"/>
          <w:shd w:val="clear" w:color="auto" w:fill="FBE3E7"/>
        </w:rPr>
        <w:t>[NUMBER]</w:t>
      </w:r>
      <w:r>
        <w:t xml:space="preserve">, IFSC </w:t>
      </w:r>
      <w:r>
        <w:rPr>
          <w:color w:val="5A1020"/>
          <w:shd w:val="clear" w:color="auto" w:fill="FBE3E7"/>
        </w:rPr>
        <w:t>[CODE]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5.2</w:t>
        <w:tab/>
      </w:r>
      <w:r>
        <w:t xml:space="preserve">UPI: </w:t>
      </w:r>
      <w:r>
        <w:rPr>
          <w:color w:val="5A1020"/>
          <w:shd w:val="clear" w:color="auto" w:fill="FBE3E7"/>
        </w:rPr>
        <w:t>[UPI ID]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5.3</w:t>
        <w:tab/>
      </w:r>
      <w:r>
        <w:t xml:space="preserve">Please send the TDS certificate for any tax deducted to </w:t>
      </w:r>
      <w:r>
        <w:rPr>
          <w:color w:val="5A1020"/>
          <w:shd w:val="clear" w:color="auto" w:fill="FBE3E7"/>
        </w:rPr>
        <w:t>[EMAIL]</w:t>
      </w:r>
      <w:r>
        <w:t>.</w:t>
      </w:r>
    </w:p>
    <w:p>
      <w:pPr>
        <w:tabs>
          <w:tab w:pos="624" w:val="left"/>
        </w:tabs>
        <w:spacing w:before="0" w:after="120" w:line="312" w:lineRule="auto"/>
        <w:ind w:left="624" w:hanging="624"/>
      </w:pPr>
      <w:r>
        <w:rPr>
          <w:rFonts w:ascii="Arial" w:hAnsi="Arial" w:cs="Arial" w:eastAsia="Arial"/>
          <w:color w:val="5A6270"/>
          <w:sz w:val="16"/>
        </w:rPr>
        <w:t>5.4</w:t>
        <w:tab/>
      </w:r>
      <w:r>
        <w:t xml:space="preserve">Late payment carries interest at </w:t>
      </w:r>
      <w:r>
        <w:rPr>
          <w:color w:val="5A1020"/>
          <w:shd w:val="clear" w:color="auto" w:fill="FBE3E7"/>
        </w:rPr>
        <w:t>[1.5]</w:t>
      </w:r>
      <w:r>
        <w:t>% a month from the due date, as agreed in the booking agreement.</w:t>
      </w:r>
    </w:p>
    <w:p>
      <w:pPr>
        <w:pStyle w:val="Heading2"/>
        <w:keepNext/>
        <w:spacing w:before="480" w:after="200" w:line="312" w:lineRule="auto"/>
        <w:pBdr>
          <w:bottom w:val="single" w:sz="4" w:space="4" w:color="15151C"/>
        </w:pBdr>
      </w:pPr>
      <w:r>
        <w:t>Signatures</w:t>
      </w:r>
    </w:p>
    <w:p>
      <w:pPr>
        <w:keepNext/>
        <w:spacing w:before="400" w:after="40" w:line="312" w:lineRule="auto"/>
      </w:pPr>
      <w:r>
        <w:rPr>
          <w:rFonts w:ascii="Arial" w:hAnsi="Arial" w:cs="Arial" w:eastAsia="Arial"/>
          <w:b/>
          <w:color w:val="15151C"/>
          <w:sz w:val="21"/>
        </w:rPr>
        <w:t>Artist or authorised signatory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742"/>
          </w:tcPr>
          <w:p>
            <w:pPr>
              <w:keepNext/>
              <w:spacing w:before="360" w:after="0" w:line="312" w:lineRule="auto"/>
              <w:pBdr>
                <w:bottom w:val="single" w:sz="6" w:space="1" w:color="15151C"/>
              </w:pBdr>
            </w:pPr>
          </w:p>
        </w:tc>
        <w:tc>
          <w:tcPr>
            <w:tcW w:type="dxa" w:w="3742"/>
          </w:tcPr>
          <w:p>
            <w:pPr>
              <w:keepNext/>
              <w:spacing w:before="360" w:after="0" w:line="312" w:lineRule="auto"/>
              <w:pBdr>
                <w:bottom w:val="single" w:sz="6" w:space="1" w:color="15151C"/>
              </w:pBdr>
            </w:pPr>
          </w:p>
        </w:tc>
        <w:tc>
          <w:tcPr>
            <w:tcW w:type="dxa" w:w="1928"/>
          </w:tcPr>
          <w:p>
            <w:pPr>
              <w:keepNext/>
              <w:spacing w:before="360" w:after="0" w:line="312" w:lineRule="auto"/>
              <w:pBdr>
                <w:bottom w:val="single" w:sz="6" w:space="1" w:color="15151C"/>
              </w:pBdr>
            </w:pPr>
          </w:p>
        </w:tc>
      </w:tr>
      <w:tr>
        <w:tc>
          <w:tcPr>
            <w:tcW w:type="dxa" w:w="3742"/>
          </w:tcPr>
          <w:p>
            <w:pPr>
              <w:spacing w:before="40" w:after="0" w:line="312" w:lineRule="auto"/>
            </w:pPr>
            <w:r>
              <w:rPr>
                <w:rFonts w:ascii="Arial" w:hAnsi="Arial" w:cs="Arial" w:eastAsia="Arial"/>
                <w:color w:val="5A6270"/>
                <w:sz w:val="13"/>
              </w:rPr>
              <w:t>SIGNATURE</w:t>
            </w:r>
          </w:p>
        </w:tc>
        <w:tc>
          <w:tcPr>
            <w:tcW w:type="dxa" w:w="3742"/>
          </w:tcPr>
          <w:p>
            <w:pPr>
              <w:spacing w:before="40" w:after="0" w:line="312" w:lineRule="auto"/>
            </w:pPr>
            <w:r>
              <w:rPr>
                <w:rFonts w:ascii="Arial" w:hAnsi="Arial" w:cs="Arial" w:eastAsia="Arial"/>
                <w:color w:val="5A6270"/>
                <w:sz w:val="13"/>
              </w:rPr>
              <w:t>FULL NAME</w:t>
            </w:r>
          </w:p>
        </w:tc>
        <w:tc>
          <w:tcPr>
            <w:tcW w:type="dxa" w:w="1928"/>
          </w:tcPr>
          <w:p>
            <w:pPr>
              <w:spacing w:before="40" w:after="0" w:line="312" w:lineRule="auto"/>
            </w:pPr>
            <w:r>
              <w:rPr>
                <w:rFonts w:ascii="Arial" w:hAnsi="Arial" w:cs="Arial" w:eastAsia="Arial"/>
                <w:color w:val="5A6270"/>
                <w:sz w:val="13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77" w:val="clear"/>
        <w:tab w:pos="9360" w:val="clear"/>
        <w:tab w:pos="9411" w:val="right"/>
      </w:tabs>
    </w:pPr>
    <w:r>
      <w:rPr>
        <w:rFonts w:ascii="Arial" w:hAnsi="Arial" w:cs="Arial" w:eastAsia="Arial"/>
        <w:color w:val="5A6270"/>
        <w:sz w:val="15"/>
      </w:rPr>
      <w:t>Invoice for a Live Performance · Free template from c4etalent.com · For education only, not legal advice</w:t>
      <w:tab/>
    </w:r>
    <w:r>
      <w:rPr>
        <w:rFonts w:ascii="Arial" w:hAnsi="Arial" w:cs="Arial" w:eastAsia="Arial"/>
        <w:color w:val="5A6270"/>
        <w:sz w:val="15"/>
      </w:rPr>
      <w:fldChar w:fldCharType="begin"/>
      <w:instrText xml:space="preserve">PAGE</w:instrText>
      <w:fldChar w:fldCharType="end"/>
    </w:r>
    <w:r>
      <w:rPr>
        <w:rFonts w:ascii="Arial" w:hAnsi="Arial" w:cs="Arial" w:eastAsia="Arial"/>
        <w:color w:val="5A6270"/>
        <w:sz w:val="15"/>
      </w:rPr>
      <w:t xml:space="preserve"> of </w:t>
    </w:r>
    <w:r>
      <w:rPr>
        <w:rFonts w:ascii="Arial" w:hAnsi="Arial" w:cs="Arial" w:eastAsia="Arial"/>
        <w:color w:val="5A6270"/>
        <w:sz w:val="15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12" w:lineRule="auto"/>
    </w:pPr>
    <w:rPr>
      <w:rFonts w:ascii="Georgia" w:hAnsi="Georgia" w:cs="Georgia" w:eastAsia="Georgia"/>
      <w:color w:val="15151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" w:hAnsi="Arial" w:cs="Arial" w:eastAsia="Arial"/>
      <w:b/>
      <w:bCs/>
      <w:i w:val="0"/>
      <w:color w:val="1515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cs="Arial" w:eastAsia="Arial"/>
      <w:b/>
      <w:bCs/>
      <w:i w:val="0"/>
      <w:color w:val="15151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" w:hAnsi="Arial" w:cs="Arial" w:eastAsia="Arial"/>
      <w:b/>
      <w:i w:val="0"/>
      <w:color w:val="15151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for a Live Performance</dc:title>
  <dc:subject/>
  <dc:creator>C4E Talent (c4etalent.com)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