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80" w:line="312" w:lineRule="auto"/>
      </w:pPr>
      <w:r>
        <w:rPr>
          <w:rFonts w:ascii="Arial" w:hAnsi="Arial" w:cs="Arial" w:eastAsia="Arial"/>
          <w:b/>
          <w:color w:val="C80028"/>
          <w:sz w:val="15"/>
        </w:rPr>
        <w:t>CONFIDENTIALITY LETTER</w:t>
      </w:r>
    </w:p>
    <w:p>
      <w:pPr>
        <w:pStyle w:val="Title"/>
        <w:spacing w:before="0" w:after="80" w:line="252" w:lineRule="auto"/>
      </w:pPr>
      <w:r>
        <w:t>Confidentiality Letter for a Customised Set</w:t>
      </w:r>
    </w:p>
    <w:p>
      <w:pPr>
        <w:spacing w:before="0" w:after="240" w:line="312" w:lineRule="auto"/>
      </w:pPr>
      <w:r>
        <w:rPr>
          <w:rFonts w:ascii="Georgia" w:hAnsi="Georgia" w:cs="Georgia" w:eastAsia="Georgia"/>
          <w:i/>
          <w:color w:val="5A6270"/>
          <w:sz w:val="18"/>
        </w:rPr>
        <w:t>From c4etalent.com/agreements/corporate-set-confidentiality-letter · updated 28 October 2026</w:t>
      </w:r>
    </w:p>
    <w:p>
      <w:pPr>
        <w:spacing w:before="0" w:after="80" w:line="300" w:lineRule="auto"/>
      </w:pPr>
      <w:r>
        <w:rPr>
          <w:rFonts w:ascii="Arial" w:hAnsi="Arial" w:cs="Arial" w:eastAsia="Arial"/>
          <w:b/>
          <w:color w:val="5A6270"/>
          <w:sz w:val="14"/>
        </w:rPr>
        <w:t xml:space="preserve">HOW TO USE IT   </w:t>
      </w:r>
      <w:r>
        <w:rPr>
          <w:sz w:val="18"/>
        </w:rPr>
        <w:t xml:space="preserve">Fill in every </w:t>
      </w:r>
      <w:r>
        <w:rPr>
          <w:color w:val="5A1020"/>
          <w:sz w:val="18"/>
          <w:shd w:val="clear" w:color="auto" w:fill="FBE3E7"/>
        </w:rPr>
        <w:t>[BLANK]</w:t>
      </w:r>
      <w:r>
        <w:rPr>
          <w:sz w:val="18"/>
        </w:rPr>
        <w:t>. Where you see ☐ options, keep the ones you want and strike the rest.</w:t>
      </w:r>
    </w:p>
    <w:p>
      <w:pPr>
        <w:spacing w:before="0" w:after="320" w:line="300" w:lineRule="auto"/>
        <w:pBdr>
          <w:bottom w:val="single" w:sz="4" w:space="8" w:color="D8D6D0"/>
        </w:pBdr>
      </w:pPr>
      <w:r>
        <w:rPr>
          <w:rFonts w:ascii="Arial" w:hAnsi="Arial" w:cs="Arial" w:eastAsia="Arial"/>
          <w:b/>
          <w:color w:val="5A6270"/>
          <w:sz w:val="14"/>
        </w:rPr>
        <w:t xml:space="preserve">FOR EDUCATION ONLY, NOT LEGAL ADVICE   </w:t>
      </w:r>
      <w:r>
        <w:rPr>
          <w:sz w:val="18"/>
        </w:rPr>
        <w:t>For education only. This template is general information, not legal or tax advice, and not a lawyer-drafted document. C4E Talent is a talent agency, not a law firm, and using this template does not create a lawyer-client relationship with anyone. Law and tax rules change and differ by state and country. Have a lawyer or chartered accountant review it for your situation before anyone signs. You use it at your own risk.</w:t>
      </w:r>
    </w:p>
    <w:p>
      <w:pPr>
        <w:spacing w:before="0" w:after="160" w:line="312" w:lineRule="auto"/>
      </w:pPr>
      <w:r>
        <w:t xml:space="preserve">To: </w:t>
      </w:r>
      <w:r>
        <w:rPr>
          <w:color w:val="5A1020"/>
          <w:shd w:val="clear" w:color="auto" w:fill="FBE3E7"/>
        </w:rPr>
        <w:t>[CLIENT NAME]</w:t>
      </w:r>
      <w:r>
        <w:t xml:space="preserve">, </w:t>
      </w:r>
      <w:r>
        <w:rPr>
          <w:color w:val="5A1020"/>
          <w:shd w:val="clear" w:color="auto" w:fill="FBE3E7"/>
        </w:rPr>
        <w:t>[ADDRESS]</w:t>
      </w:r>
    </w:p>
    <w:p>
      <w:pPr>
        <w:spacing w:before="0" w:after="160" w:line="312" w:lineRule="auto"/>
      </w:pPr>
      <w:r>
        <w:t xml:space="preserve">Date: </w:t>
      </w:r>
      <w:r>
        <w:rPr>
          <w:color w:val="5A1020"/>
          <w:shd w:val="clear" w:color="auto" w:fill="FBE3E7"/>
        </w:rPr>
        <w:t>[DATE]</w:t>
      </w:r>
    </w:p>
    <w:p>
      <w:pPr>
        <w:spacing w:before="0" w:after="160" w:line="312" w:lineRule="auto"/>
      </w:pPr>
      <w:r>
        <w:t xml:space="preserve">I am writing a customised set for your event, </w:t>
      </w:r>
      <w:r>
        <w:rPr>
          <w:color w:val="5A1020"/>
          <w:shd w:val="clear" w:color="auto" w:fill="FBE3E7"/>
        </w:rPr>
        <w:t>[EVENT NAME]</w:t>
      </w:r>
      <w:r>
        <w:t xml:space="preserve"> on </w:t>
      </w:r>
      <w:r>
        <w:rPr>
          <w:color w:val="5A1020"/>
          <w:shd w:val="clear" w:color="auto" w:fill="FBE3E7"/>
        </w:rPr>
        <w:t>[DATE]</w:t>
      </w:r>
      <w:r>
        <w:t>. To do that, your team will brief me about your business, your people and your internal culture (the "Briefing").</w:t>
      </w:r>
    </w:p>
    <w:p>
      <w:pPr>
        <w:spacing w:before="0" w:after="160" w:line="312" w:lineRule="auto"/>
      </w:pPr>
      <w:r>
        <w:t xml:space="preserve">I will use the Briefing only to write and perform this set. I will not share it with anyone except </w:t>
      </w:r>
      <w:r>
        <w:rPr>
          <w:color w:val="5A1020"/>
          <w:shd w:val="clear" w:color="auto" w:fill="FBE3E7"/>
        </w:rPr>
        <w:t>[MY WRITER OR AGENCY, NAMED HERE: NAME]</w:t>
      </w:r>
      <w:r>
        <w:t>, who is bound by this letter too.</w:t>
      </w:r>
    </w:p>
    <w:p>
      <w:pPr>
        <w:spacing w:before="0" w:after="160" w:line="312" w:lineRule="auto"/>
      </w:pPr>
      <w:r>
        <w:t xml:space="preserve">I will send you, by </w:t>
      </w:r>
      <w:r>
        <w:rPr>
          <w:color w:val="5A1020"/>
          <w:shd w:val="clear" w:color="auto" w:fill="FBE3E7"/>
        </w:rPr>
        <w:t>[DATE]</w:t>
      </w:r>
      <w:r>
        <w:t>, every line in the set that uses a name, a number or anything from the Briefing, and I will drop any line you ask me to.</w:t>
      </w:r>
    </w:p>
    <w:p>
      <w:pPr>
        <w:spacing w:before="0" w:after="160" w:line="312" w:lineRule="auto"/>
      </w:pPr>
      <w:r>
        <w:t>I will not use material from the Briefing in any other show, recording or post, now or later.</w:t>
      </w:r>
    </w:p>
    <w:p>
      <w:pPr>
        <w:spacing w:before="0" w:after="160" w:line="312" w:lineRule="auto"/>
      </w:pPr>
      <w:r>
        <w:t xml:space="preserve">Within </w:t>
      </w:r>
      <w:r>
        <w:rPr>
          <w:color w:val="5A1020"/>
          <w:shd w:val="clear" w:color="auto" w:fill="FBE3E7"/>
        </w:rPr>
        <w:t>[14]</w:t>
      </w:r>
      <w:r>
        <w:t xml:space="preserve"> days after the event, I will delete or destroy my notes and recordings of the Briefing, and confirm this to you by email.</w:t>
      </w:r>
    </w:p>
    <w:p>
      <w:pPr>
        <w:spacing w:before="0" w:after="160" w:line="312" w:lineRule="auto"/>
      </w:pPr>
      <w:r>
        <w:t>This promise does not cover anything that is public, or anything the law requires me to disclose, and it continues after the event with no end date.</w:t>
      </w:r>
    </w:p>
    <w:p>
      <w:pPr>
        <w:spacing w:before="0" w:after="160" w:line="312" w:lineRule="auto"/>
      </w:pPr>
      <w:r>
        <w:t xml:space="preserve">Signed, </w:t>
      </w:r>
      <w:r>
        <w:rPr>
          <w:color w:val="5A1020"/>
          <w:shd w:val="clear" w:color="auto" w:fill="FBE3E7"/>
        </w:rPr>
        <w:t>[ARTIST NAME]</w:t>
      </w:r>
      <w:r>
        <w:t xml:space="preserve">, </w:t>
      </w:r>
      <w:r>
        <w:rPr>
          <w:color w:val="5A1020"/>
          <w:shd w:val="clear" w:color="auto" w:fill="FBE3E7"/>
        </w:rPr>
        <w:t>[STAGE NAME]</w:t>
      </w:r>
    </w:p>
    <w:p>
      <w:pPr>
        <w:pStyle w:val="Heading2"/>
        <w:keepNext/>
        <w:spacing w:before="480" w:after="200" w:line="312" w:lineRule="auto"/>
        <w:pBdr>
          <w:bottom w:val="single" w:sz="4" w:space="4" w:color="15151C"/>
        </w:pBdr>
      </w:pPr>
      <w:r>
        <w:t>Signatures</w:t>
      </w:r>
    </w:p>
    <w:p>
      <w:pPr>
        <w:keepNext/>
        <w:spacing w:before="400" w:after="40" w:line="312" w:lineRule="auto"/>
      </w:pPr>
      <w:r>
        <w:rPr>
          <w:rFonts w:ascii="Arial" w:hAnsi="Arial" w:cs="Arial" w:eastAsia="Arial"/>
          <w:b/>
          <w:color w:val="15151C"/>
          <w:sz w:val="21"/>
        </w:rPr>
        <w:t>Artist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  <w:tc>
          <w:tcPr>
            <w:tcW w:type="dxa" w:w="1928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</w:tr>
      <w:tr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SIGNATURE</w:t>
            </w:r>
          </w:p>
        </w:tc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FULL NAME</w:t>
            </w:r>
          </w:p>
        </w:tc>
        <w:tc>
          <w:tcPr>
            <w:tcW w:type="dxa" w:w="1928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77" w:val="clear"/>
        <w:tab w:pos="9360" w:val="clear"/>
        <w:tab w:pos="9411" w:val="right"/>
      </w:tabs>
    </w:pPr>
    <w:r>
      <w:rPr>
        <w:rFonts w:ascii="Arial" w:hAnsi="Arial" w:cs="Arial" w:eastAsia="Arial"/>
        <w:color w:val="5A6270"/>
        <w:sz w:val="15"/>
      </w:rPr>
      <w:t>Confidentiality Letter for a Customised Set · Free template from c4etalent.com · For education only, not legal advice</w:t>
      <w:tab/>
    </w:r>
    <w:r>
      <w:rPr>
        <w:rFonts w:ascii="Arial" w:hAnsi="Arial" w:cs="Arial" w:eastAsia="Arial"/>
        <w:color w:val="5A6270"/>
        <w:sz w:val="15"/>
      </w:rPr>
      <w:fldChar w:fldCharType="begin"/>
      <w:instrText xml:space="preserve">PAGE</w:instrText>
      <w:fldChar w:fldCharType="end"/>
    </w:r>
    <w:r>
      <w:rPr>
        <w:rFonts w:ascii="Arial" w:hAnsi="Arial" w:cs="Arial" w:eastAsia="Arial"/>
        <w:color w:val="5A6270"/>
        <w:sz w:val="15"/>
      </w:rPr>
      <w:t xml:space="preserve"> of </w:t>
    </w:r>
    <w:r>
      <w:rPr>
        <w:rFonts w:ascii="Arial" w:hAnsi="Arial" w:cs="Arial" w:eastAsia="Arial"/>
        <w:color w:val="5A6270"/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12" w:lineRule="auto"/>
    </w:pPr>
    <w:rPr>
      <w:rFonts w:ascii="Georgia" w:hAnsi="Georgia" w:cs="Georgia" w:eastAsia="Georgia"/>
      <w:color w:val="15151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" w:hAnsi="Arial" w:cs="Arial" w:eastAsia="Arial"/>
      <w:b/>
      <w:bCs/>
      <w:i w:val="0"/>
      <w:color w:val="1515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cs="Arial" w:eastAsia="Arial"/>
      <w:b/>
      <w:bCs/>
      <w:i w:val="0"/>
      <w:color w:val="15151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" w:hAnsi="Arial" w:cs="Arial" w:eastAsia="Arial"/>
      <w:b/>
      <w:i w:val="0"/>
      <w:color w:val="15151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Letter for a Customised Set</dc:title>
  <dc:subject/>
  <dc:creator>C4E Talent (c4etalent.com)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